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YaHei" w:hAnsi="Microsoft YaHei" w:eastAsia="Microsoft YaHei"/>
        </w:rPr>
        <w:t>C3-10 阶段测试 · 授课教案（2h版）</w:t>
      </w:r>
    </w:p>
    <w:p>
      <w:r>
        <w:rPr>
          <w:rFonts w:ascii="Microsoft YaHei" w:hAnsi="Microsoft YaHei" w:eastAsia="Microsoft YaHei"/>
          <w:b w:val="0"/>
          <w:sz w:val="20"/>
        </w:rPr>
        <w:t>课程阶段：C3阶段 | 课时：2小时 | 授课对象：GESP一级备考学员</w:t>
      </w:r>
    </w:p>
    <w:p>
      <w:r>
        <w:rPr>
          <w:rFonts w:ascii="Microsoft YaHei" w:hAnsi="Microsoft YaHei" w:eastAsia="Microsoft YaHei"/>
          <w:b w:val="0"/>
          <w:sz w:val="20"/>
        </w:rPr>
        <w:t>课程主题：C3阶段知识综合回顾与阶段测试（数组、循环、函数、排序、凯撒密码）</w:t>
      </w:r>
    </w:p>
    <w:p>
      <w:pPr>
        <w:pStyle w:val="Heading1"/>
      </w:pPr>
      <w:r>
        <w:rPr>
          <w:rFonts w:ascii="Microsoft YaHei" w:hAnsi="Microsoft YaHei" w:eastAsia="Microsoft YaHei"/>
          <w:color w:val="52C41A"/>
        </w:rPr>
        <w:t>一、课程引入（10分钟）</w:t>
      </w:r>
    </w:p>
    <w:p>
      <w:r>
        <w:rPr>
          <w:rFonts w:ascii="Microsoft YaHei" w:hAnsi="Microsoft YaHei" w:eastAsia="Microsoft YaHei"/>
          <w:b w:val="0"/>
          <w:sz w:val="22"/>
        </w:rPr>
        <w:t>同学们，我们已经学习了C3阶段的全部内容！今天是一节特别的课——阶段测试课！</w:t>
      </w:r>
    </w:p>
    <w:p>
      <w:r>
        <w:rPr>
          <w:rFonts w:ascii="Microsoft YaHei" w:hAnsi="Microsoft YaHei" w:eastAsia="Microsoft YaHei"/>
          <w:b w:val="0"/>
          <w:sz w:val="22"/>
        </w:rPr>
        <w:t>回顾一下我们学过的内容：</w:t>
      </w:r>
    </w:p>
    <w:p>
      <w:r>
        <w:rPr>
          <w:rFonts w:ascii="Microsoft YaHei" w:hAnsi="Microsoft YaHei" w:eastAsia="Microsoft YaHei"/>
          <w:b w:val="0"/>
          <w:sz w:val="22"/>
        </w:rPr>
        <w:t>• C3-1~C3-3：数组的基本概念、一维数组的声明与使用</w:t>
      </w:r>
    </w:p>
    <w:p>
      <w:r>
        <w:rPr>
          <w:rFonts w:ascii="Microsoft YaHei" w:hAnsi="Microsoft YaHei" w:eastAsia="Microsoft YaHei"/>
          <w:b w:val="0"/>
          <w:sz w:val="22"/>
        </w:rPr>
        <w:t>• C3-4~C3-5：字符数组、字符串处理</w:t>
      </w:r>
    </w:p>
    <w:p>
      <w:r>
        <w:rPr>
          <w:rFonts w:ascii="Microsoft YaHei" w:hAnsi="Microsoft YaHei" w:eastAsia="Microsoft YaHei"/>
          <w:b w:val="0"/>
          <w:sz w:val="22"/>
        </w:rPr>
        <w:t>• C3-6~C3-7：凯撒密码、字符加密解密</w:t>
      </w:r>
    </w:p>
    <w:p>
      <w:r>
        <w:rPr>
          <w:rFonts w:ascii="Microsoft YaHei" w:hAnsi="Microsoft YaHei" w:eastAsia="Microsoft YaHei"/>
          <w:b w:val="0"/>
          <w:sz w:val="22"/>
        </w:rPr>
        <w:t>• C3-8：自定义函数（函数定义、参数、返回值）</w:t>
      </w:r>
    </w:p>
    <w:p>
      <w:r>
        <w:rPr>
          <w:rFonts w:ascii="Microsoft YaHei" w:hAnsi="Microsoft YaHei" w:eastAsia="Microsoft YaHei"/>
          <w:b w:val="0"/>
          <w:sz w:val="22"/>
        </w:rPr>
        <w:t>• C3-9：排序（sort函数、自定义cmp、升序降序）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2"/>
        </w:rPr>
        <w:t>今天我们要通过一套完整的测试题，检验大家对这些知识的掌握程度！</w:t>
      </w:r>
    </w:p>
    <w:p>
      <w:r>
        <w:rPr>
          <w:rFonts w:ascii="Microsoft YaHei" w:hAnsi="Microsoft YaHei" w:eastAsia="Microsoft YaHei"/>
          <w:b w:val="0"/>
          <w:sz w:val="22"/>
        </w:rPr>
        <w:t>测试分为两部分：单项选择题（4道）和程序设计题（3道），让我们开始吧！</w:t>
      </w:r>
    </w:p>
    <w:p>
      <w:pPr>
        <w:pStyle w:val="Heading1"/>
      </w:pPr>
      <w:r>
        <w:rPr>
          <w:rFonts w:ascii="Microsoft YaHei" w:hAnsi="Microsoft YaHei" w:eastAsia="Microsoft YaHei"/>
          <w:color w:val="52C41A"/>
        </w:rPr>
        <w:t>二、知识点复习回顾（25分钟）</w:t>
      </w:r>
    </w:p>
    <w:p>
      <w:pPr>
        <w:pStyle w:val="Heading2"/>
      </w:pPr>
      <w:r>
        <w:rPr>
          <w:rFonts w:ascii="Microsoft YaHei" w:hAnsi="Microsoft YaHei" w:eastAsia="Microsoft YaHei"/>
        </w:rPr>
        <w:t>2.1 数组核心知识点</w:t>
      </w:r>
    </w:p>
    <w:p>
      <w:r>
        <w:rPr>
          <w:rFonts w:ascii="Microsoft YaHei" w:hAnsi="Microsoft YaHei" w:eastAsia="Microsoft YaHei"/>
          <w:b w:val="0"/>
          <w:sz w:val="22"/>
        </w:rPr>
        <w:t>（1）数组的声明与下标</w:t>
      </w:r>
    </w:p>
    <w:p>
      <w:r>
        <w:rPr>
          <w:rFonts w:ascii="Microsoft YaHei" w:hAnsi="Microsoft YaHei" w:eastAsia="Microsoft YaHei"/>
          <w:b w:val="0"/>
          <w:sz w:val="22"/>
        </w:rPr>
        <w:t>• 数组声明：int a[100]; 表示创建了一个能存放100个整数的数组</w:t>
      </w:r>
    </w:p>
    <w:p>
      <w:r>
        <w:rPr>
          <w:rFonts w:ascii="Microsoft YaHei" w:hAnsi="Microsoft YaHei" w:eastAsia="Microsoft YaHei"/>
          <w:b w:val="0"/>
          <w:sz w:val="22"/>
        </w:rPr>
        <w:t>• 数组下标从0开始！a[0]是第一个元素，a[99]是第100个元素</w:t>
      </w:r>
    </w:p>
    <w:p>
      <w:r>
        <w:rPr>
          <w:rFonts w:ascii="Microsoft YaHei" w:hAnsi="Microsoft YaHei" w:eastAsia="Microsoft YaHei"/>
          <w:b w:val="0"/>
          <w:sz w:val="22"/>
        </w:rPr>
        <w:t>• 最大下标 = 数组长度 - 1，即 int a[100] 的最大下标是 99（不是100！）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int a[100];   // 下标范围：0 ~ 99，共100个元素</w:t>
        <w:br/>
        <w:t>a[0] = 1;     // 第一个元素</w:t>
        <w:br/>
        <w:t>a[99] = 100;  // 最后一个元素（最大下标）</w:t>
      </w:r>
    </w:p>
    <w:p>
      <w:r>
        <w:rPr>
          <w:rFonts w:ascii="Microsoft YaHei" w:hAnsi="Microsoft YaHei" w:eastAsia="Microsoft YaHei"/>
          <w:b w:val="0"/>
          <w:sz w:val="22"/>
        </w:rPr>
        <w:t>（2）字符数组</w:t>
      </w:r>
    </w:p>
    <w:p>
      <w:r>
        <w:rPr>
          <w:rFonts w:ascii="Microsoft YaHei" w:hAnsi="Microsoft YaHei" w:eastAsia="Microsoft YaHei"/>
          <w:b w:val="0"/>
          <w:sz w:val="22"/>
        </w:rPr>
        <w:t>• char a[5]; 可以存放5个字符</w:t>
      </w:r>
    </w:p>
    <w:p>
      <w:r>
        <w:rPr>
          <w:rFonts w:ascii="Microsoft YaHei" w:hAnsi="Microsoft YaHei" w:eastAsia="Microsoft YaHei"/>
          <w:b w:val="0"/>
          <w:sz w:val="22"/>
        </w:rPr>
        <w:t>• cin &gt;&gt; a; 可以整体输入字符数组（输入一串字符）</w:t>
      </w:r>
    </w:p>
    <w:p>
      <w:r>
        <w:rPr>
          <w:rFonts w:ascii="Microsoft YaHei" w:hAnsi="Microsoft YaHei" w:eastAsia="Microsoft YaHei"/>
          <w:b w:val="0"/>
          <w:sz w:val="22"/>
        </w:rPr>
        <w:t>• 注意：int数组不能用cin整体输入，必须逐个元素输入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char s[20];</w:t>
        <w:br/>
        <w:t>cin &gt;&gt; s;     // 正确：字符数组可以整体输入</w:t>
        <w:br/>
        <w:br/>
        <w:t>int a[5];</w:t>
        <w:br/>
        <w:t>// cin &gt;&gt; a;  // 错误！int数组不能这样整体输入</w:t>
        <w:br/>
        <w:t>for(int i=0; i&lt;5; i++) cin &gt;&gt; a[i];  // 正确：逐个输入</w:t>
      </w:r>
    </w:p>
    <w:p>
      <w:pPr>
        <w:pStyle w:val="Heading2"/>
      </w:pPr>
      <w:r>
        <w:rPr>
          <w:rFonts w:ascii="Microsoft YaHei" w:hAnsi="Microsoft YaHei" w:eastAsia="Microsoft YaHei"/>
        </w:rPr>
        <w:t>2.2 循环结构核心知识点</w:t>
      </w:r>
    </w:p>
    <w:p>
      <w:r>
        <w:rPr>
          <w:rFonts w:ascii="Microsoft YaHei" w:hAnsi="Microsoft YaHei" w:eastAsia="Microsoft YaHei"/>
          <w:b w:val="0"/>
          <w:sz w:val="22"/>
        </w:rPr>
        <w:t>for循环的三要素：初始化、条件、更新</w:t>
      </w:r>
    </w:p>
    <w:p>
      <w:r>
        <w:rPr>
          <w:rFonts w:ascii="Microsoft YaHei" w:hAnsi="Microsoft YaHei" w:eastAsia="Microsoft YaHei"/>
          <w:b w:val="0"/>
          <w:sz w:val="22"/>
        </w:rPr>
        <w:t>• for(int i=1; i&lt;=100; i++) 输出1到100（注意 &lt;= 不是 &lt;）</w:t>
      </w:r>
    </w:p>
    <w:p>
      <w:r>
        <w:rPr>
          <w:rFonts w:ascii="Microsoft YaHei" w:hAnsi="Microsoft YaHei" w:eastAsia="Microsoft YaHei"/>
          <w:b w:val="0"/>
          <w:sz w:val="22"/>
        </w:rPr>
        <w:t>• for(int i=1; i&lt;100; i++) 只输出1到99，漏掉了100！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// 输出1到100的所有整数</w:t>
        <w:br/>
        <w:t>for (int i = 1; i &lt;= 100; i++) {</w:t>
        <w:br/>
        <w:t xml:space="preserve">    cout &lt;&lt; i &lt;&lt; " ";</w:t>
        <w:br/>
        <w:t>}</w:t>
        <w:br/>
        <w:t>// 注意：i&lt;=100 才能包含100！</w:t>
      </w:r>
    </w:p>
    <w:p>
      <w:pPr>
        <w:pStyle w:val="Heading2"/>
      </w:pPr>
      <w:r>
        <w:rPr>
          <w:rFonts w:ascii="Microsoft YaHei" w:hAnsi="Microsoft YaHei" w:eastAsia="Microsoft YaHei"/>
        </w:rPr>
        <w:t>2.3 凯撒密码</w:t>
      </w:r>
    </w:p>
    <w:p>
      <w:r>
        <w:rPr>
          <w:rFonts w:ascii="Microsoft YaHei" w:hAnsi="Microsoft YaHei" w:eastAsia="Microsoft YaHei"/>
          <w:b w:val="0"/>
          <w:sz w:val="22"/>
        </w:rPr>
        <w:t>凯撒密码的核心公式：</w:t>
      </w:r>
    </w:p>
    <w:p>
      <w:r>
        <w:rPr>
          <w:rFonts w:ascii="Microsoft YaHei" w:hAnsi="Microsoft YaHei" w:eastAsia="Microsoft YaHei"/>
          <w:b w:val="0"/>
          <w:sz w:val="22"/>
        </w:rPr>
        <w:t>• 小写字母：(ming - 'a' + k) % 26 + 'a'（26个字母一循环）</w:t>
      </w:r>
    </w:p>
    <w:p>
      <w:r>
        <w:rPr>
          <w:rFonts w:ascii="Microsoft YaHei" w:hAnsi="Microsoft YaHei" w:eastAsia="Microsoft YaHei"/>
          <w:b w:val="0"/>
          <w:sz w:val="22"/>
        </w:rPr>
        <w:t>• 大写字母：(ming - 'A' + k) % 26 + 'A'</w:t>
      </w:r>
    </w:p>
    <w:p>
      <w:r>
        <w:rPr>
          <w:rFonts w:ascii="Microsoft YaHei" w:hAnsi="Microsoft YaHei" w:eastAsia="Microsoft YaHei"/>
          <w:b w:val="0"/>
          <w:sz w:val="22"/>
        </w:rPr>
        <w:t>• 数字：(ming - '0' + k) % 10 + '0'（10个数字一循环！）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char mi;</w:t>
        <w:br/>
        <w:t>if (ming &gt;= 'a' &amp;&amp; ming &lt;= 'z') {</w:t>
        <w:br/>
        <w:t xml:space="preserve">    mi = (ming - 'a' + k) % 26 + 'a';  // 26个字母</w:t>
        <w:br/>
        <w:t>}</w:t>
        <w:br/>
        <w:t>if (ming &gt;= '0' &amp;&amp; ming &lt;= '9') {</w:t>
        <w:br/>
        <w:t xml:space="preserve">    mi = (ming - '0' + k) % 10 + '0';  // 10个数字！</w:t>
        <w:br/>
        <w:t>}</w:t>
      </w:r>
    </w:p>
    <w:p>
      <w:pPr>
        <w:pStyle w:val="Heading2"/>
      </w:pPr>
      <w:r>
        <w:rPr>
          <w:rFonts w:ascii="Microsoft YaHei" w:hAnsi="Microsoft YaHei" w:eastAsia="Microsoft YaHei"/>
        </w:rPr>
        <w:t>2.4 自定义函数回顾</w:t>
      </w:r>
    </w:p>
    <w:p>
      <w:r>
        <w:rPr>
          <w:rFonts w:ascii="Microsoft YaHei" w:hAnsi="Microsoft YaHei" w:eastAsia="Microsoft YaHei"/>
          <w:b w:val="0"/>
          <w:sz w:val="22"/>
        </w:rPr>
        <w:t>函数定义格式：返回值类型 函数名(参数列表) { 函数体 }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int add(int a, int b) {</w:t>
        <w:br/>
        <w:t xml:space="preserve">    return a + b;  // 返回计算结果</w:t>
        <w:br/>
        <w:t>}</w:t>
        <w:br/>
        <w:br/>
        <w:t>// 调用：int c = add(3, 5);  // c = 8</w:t>
      </w:r>
    </w:p>
    <w:p>
      <w:pPr>
        <w:pStyle w:val="Heading2"/>
      </w:pPr>
      <w:r>
        <w:rPr>
          <w:rFonts w:ascii="Microsoft YaHei" w:hAnsi="Microsoft YaHei" w:eastAsia="Microsoft YaHei"/>
        </w:rPr>
        <w:t>2.5 排序回顾</w:t>
      </w:r>
    </w:p>
    <w:p>
      <w:r>
        <w:rPr>
          <w:rFonts w:ascii="Microsoft YaHei" w:hAnsi="Microsoft YaHei" w:eastAsia="Microsoft YaHei"/>
          <w:b w:val="0"/>
          <w:sz w:val="22"/>
        </w:rPr>
        <w:t>sort函数用法：sort(数组名, 数组名+长度, 比较函数)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#include &lt;algorithm&gt;</w:t>
        <w:br/>
        <w:t>int a[5] = {3, 1, 4, 1, 5};</w:t>
        <w:br/>
        <w:t>sort(a, a + 5);           // 从小到大排序</w:t>
        <w:br/>
        <w:t>// sort(a, a+5, cmp);     // 传cmp自定义排序规则</w:t>
      </w:r>
    </w:p>
    <w:p>
      <w:pPr>
        <w:pStyle w:val="Heading1"/>
      </w:pPr>
      <w:r>
        <w:rPr>
          <w:rFonts w:ascii="Microsoft YaHei" w:hAnsi="Microsoft YaHei" w:eastAsia="Microsoft YaHei"/>
          <w:color w:val="52C41A"/>
        </w:rPr>
        <w:t>三、例题演示与讲解（40分钟）</w:t>
      </w:r>
    </w:p>
    <w:p>
      <w:pPr>
        <w:pStyle w:val="Heading2"/>
      </w:pPr>
      <w:r>
        <w:rPr>
          <w:rFonts w:ascii="Microsoft YaHei" w:hAnsi="Microsoft YaHei" w:eastAsia="Microsoft YaHei"/>
        </w:rPr>
        <w:t>选择题第一题：数组下标</w:t>
      </w:r>
    </w:p>
    <w:p>
      <w:r>
        <w:rPr>
          <w:rFonts w:ascii="Microsoft YaHei" w:hAnsi="Microsoft YaHei" w:eastAsia="Microsoft YaHei"/>
          <w:b w:val="0"/>
          <w:sz w:val="22"/>
        </w:rPr>
        <w:t>题目：我们声明了一个数组 int a[100]，请问这个数组的最大下标是多少？</w:t>
      </w:r>
    </w:p>
    <w:p>
      <w:r>
        <w:rPr>
          <w:rFonts w:ascii="Microsoft YaHei" w:hAnsi="Microsoft YaHei" w:eastAsia="Microsoft YaHei"/>
          <w:b/>
          <w:sz w:val="22"/>
        </w:rPr>
        <w:t>A. 98    B. 99    C. 100    D. 101</w:t>
      </w:r>
    </w:p>
    <w:p>
      <w:r>
        <w:rPr>
          <w:rFonts w:ascii="Microsoft YaHei" w:hAnsi="Microsoft YaHei" w:eastAsia="Microsoft YaHei"/>
          <w:b w:val="0"/>
          <w:sz w:val="22"/>
        </w:rPr>
        <w:t>答案：B. 99</w:t>
      </w:r>
    </w:p>
    <w:p>
      <w:r>
        <w:rPr>
          <w:rFonts w:ascii="Microsoft YaHei" w:hAnsi="Microsoft YaHei" w:eastAsia="Microsoft YaHei"/>
          <w:b w:val="0"/>
          <w:sz w:val="22"/>
        </w:rPr>
        <w:t>解析：C++数组下标从0开始编号。int a[100]声明了100个元素，下标分别是0,1,2,...,99。</w:t>
      </w:r>
    </w:p>
    <w:p>
      <w:r>
        <w:rPr>
          <w:rFonts w:ascii="Microsoft YaHei" w:hAnsi="Microsoft YaHei" w:eastAsia="Microsoft YaHei"/>
          <w:b w:val="0"/>
          <w:sz w:val="22"/>
        </w:rPr>
        <w:t>所以最大下标是99，不是100！这是初学者最容易犯的错误。</w:t>
      </w:r>
    </w:p>
    <w:p>
      <w:pPr>
        <w:pStyle w:val="Heading2"/>
      </w:pPr>
      <w:r>
        <w:rPr>
          <w:rFonts w:ascii="Microsoft YaHei" w:hAnsi="Microsoft YaHei" w:eastAsia="Microsoft YaHei"/>
        </w:rPr>
        <w:t>选择题第二题：for循环输出</w:t>
      </w:r>
    </w:p>
    <w:p>
      <w:r>
        <w:rPr>
          <w:rFonts w:ascii="Microsoft YaHei" w:hAnsi="Microsoft YaHei" w:eastAsia="Microsoft YaHei"/>
          <w:b w:val="0"/>
          <w:sz w:val="22"/>
        </w:rPr>
        <w:t>题目：下面哪一个程序片段可以输出1到100内的所有整数？</w:t>
      </w:r>
    </w:p>
    <w:p>
      <w:r>
        <w:rPr>
          <w:rFonts w:ascii="Microsoft YaHei" w:hAnsi="Microsoft YaHei" w:eastAsia="Microsoft YaHei"/>
          <w:b w:val="0"/>
          <w:sz w:val="22"/>
        </w:rPr>
        <w:t>答案：for(int i = 1; i &lt;= 100; i++) { cout &lt;&lt; i &lt;&lt; " "; }</w:t>
      </w:r>
    </w:p>
    <w:p>
      <w:r>
        <w:rPr>
          <w:rFonts w:ascii="Microsoft YaHei" w:hAnsi="Microsoft YaHei" w:eastAsia="Microsoft YaHei"/>
          <w:b w:val="0"/>
          <w:sz w:val="22"/>
        </w:rPr>
        <w:t>解析：</w:t>
      </w:r>
    </w:p>
    <w:p>
      <w:r>
        <w:rPr>
          <w:rFonts w:ascii="Microsoft YaHei" w:hAnsi="Microsoft YaHei" w:eastAsia="Microsoft YaHei"/>
          <w:b w:val="0"/>
          <w:sz w:val="22"/>
        </w:rPr>
        <w:t>• i从1开始（不从0开始，因为要输出1~100）</w:t>
      </w:r>
    </w:p>
    <w:p>
      <w:r>
        <w:rPr>
          <w:rFonts w:ascii="Microsoft YaHei" w:hAnsi="Microsoft YaHei" w:eastAsia="Microsoft YaHei"/>
          <w:b w:val="0"/>
          <w:sz w:val="22"/>
        </w:rPr>
        <w:t>• i &lt;= 100（注意是&lt;=，不是&lt;，否则会漏掉100）</w:t>
      </w:r>
    </w:p>
    <w:p>
      <w:r>
        <w:rPr>
          <w:rFonts w:ascii="Microsoft YaHei" w:hAnsi="Microsoft YaHei" w:eastAsia="Microsoft YaHei"/>
          <w:b w:val="0"/>
          <w:sz w:val="22"/>
        </w:rPr>
        <w:t>• i++（每次加1）</w:t>
      </w:r>
    </w:p>
    <w:p>
      <w:pPr>
        <w:pStyle w:val="Heading2"/>
      </w:pPr>
      <w:r>
        <w:rPr>
          <w:rFonts w:ascii="Microsoft YaHei" w:hAnsi="Microsoft YaHei" w:eastAsia="Microsoft YaHei"/>
        </w:rPr>
        <w:t>选择题第三题：凯撒密码填空</w:t>
      </w:r>
    </w:p>
    <w:p>
      <w:r>
        <w:rPr>
          <w:rFonts w:ascii="Microsoft YaHei" w:hAnsi="Microsoft YaHei" w:eastAsia="Microsoft YaHei"/>
          <w:b w:val="0"/>
          <w:sz w:val="22"/>
        </w:rPr>
        <w:t>题目：通过凯撒密码对数字字符进行加密，请填空。</w:t>
      </w:r>
    </w:p>
    <w:p>
      <w:r>
        <w:rPr>
          <w:rFonts w:ascii="Microsoft YaHei" w:hAnsi="Microsoft YaHei" w:eastAsia="Microsoft YaHei"/>
          <w:b w:val="0"/>
          <w:sz w:val="22"/>
        </w:rPr>
        <w:t>答案：(ming - '0' + k) % 10 + '0'</w:t>
      </w:r>
    </w:p>
    <w:p>
      <w:r>
        <w:rPr>
          <w:rFonts w:ascii="Microsoft YaHei" w:hAnsi="Microsoft YaHei" w:eastAsia="Microsoft YaHei"/>
          <w:b w:val="0"/>
          <w:sz w:val="22"/>
        </w:rPr>
        <w:t>解析：数字只有0~9共10个，所以取模应该是10（不是26）！</w:t>
      </w:r>
    </w:p>
    <w:p>
      <w:r>
        <w:rPr>
          <w:rFonts w:ascii="Microsoft YaHei" w:hAnsi="Microsoft YaHei" w:eastAsia="Microsoft YaHei"/>
          <w:b w:val="0"/>
          <w:sz w:val="22"/>
        </w:rPr>
        <w:t>和字母的区别：字母有26个用%26，数字有10个用%10。</w:t>
      </w:r>
    </w:p>
    <w:p>
      <w:pPr>
        <w:pStyle w:val="Heading2"/>
      </w:pPr>
      <w:r>
        <w:rPr>
          <w:rFonts w:ascii="Microsoft YaHei" w:hAnsi="Microsoft YaHei" w:eastAsia="Microsoft YaHei"/>
        </w:rPr>
        <w:t>选择题第四题：数组与字符数组概念</w:t>
      </w:r>
    </w:p>
    <w:p>
      <w:r>
        <w:rPr>
          <w:rFonts w:ascii="Microsoft YaHei" w:hAnsi="Microsoft YaHei" w:eastAsia="Microsoft YaHei"/>
          <w:b w:val="0"/>
          <w:sz w:val="22"/>
        </w:rPr>
        <w:t>题目：选出描述最正确的语句。</w:t>
      </w:r>
    </w:p>
    <w:p>
      <w:r>
        <w:rPr>
          <w:rFonts w:ascii="Microsoft YaHei" w:hAnsi="Microsoft YaHei" w:eastAsia="Microsoft YaHei"/>
          <w:b w:val="0"/>
          <w:sz w:val="22"/>
        </w:rPr>
        <w:t>答案：char a[5]; cin &gt;&gt; a;（字符数组整体输入是正确的）</w:t>
      </w:r>
    </w:p>
    <w:p>
      <w:r>
        <w:rPr>
          <w:rFonts w:ascii="Microsoft YaHei" w:hAnsi="Microsoft YaHei" w:eastAsia="Microsoft YaHei"/>
          <w:b w:val="0"/>
          <w:sz w:val="22"/>
        </w:rPr>
        <w:t>解析：</w:t>
      </w:r>
    </w:p>
    <w:p>
      <w:r>
        <w:rPr>
          <w:rFonts w:ascii="Microsoft YaHei" w:hAnsi="Microsoft YaHei" w:eastAsia="Microsoft YaHei"/>
          <w:b w:val="0"/>
          <w:sz w:val="22"/>
        </w:rPr>
        <w:t>• 字符数组可以用cin &gt;&gt; a;整体输入字符串</w:t>
      </w:r>
    </w:p>
    <w:p>
      <w:r>
        <w:rPr>
          <w:rFonts w:ascii="Microsoft YaHei" w:hAnsi="Microsoft YaHei" w:eastAsia="Microsoft YaHei"/>
          <w:b w:val="0"/>
          <w:sz w:val="22"/>
        </w:rPr>
        <w:t>• int数组不能用cin整体输入，必须逐元素输入</w:t>
      </w:r>
    </w:p>
    <w:p>
      <w:r>
        <w:rPr>
          <w:rFonts w:ascii="Microsoft YaHei" w:hAnsi="Microsoft YaHei" w:eastAsia="Microsoft YaHei"/>
          <w:b w:val="0"/>
          <w:sz w:val="22"/>
        </w:rPr>
        <w:t>• 数组初始化元素个数不能超过数组长度</w:t>
      </w:r>
    </w:p>
    <w:p>
      <w:r>
        <w:rPr>
          <w:rFonts w:ascii="Microsoft YaHei" w:hAnsi="Microsoft YaHei" w:eastAsia="Microsoft YaHei"/>
          <w:b w:val="0"/>
          <w:sz w:val="22"/>
        </w:rPr>
        <w:t>• 循环访问数组时下标不能越界（i &lt; 长度，不是 i &lt;= 长度）</w:t>
      </w:r>
    </w:p>
    <w:p>
      <w:pPr>
        <w:pStyle w:val="Heading2"/>
      </w:pPr>
      <w:r>
        <w:rPr>
          <w:rFonts w:ascii="Microsoft YaHei" w:hAnsi="Microsoft YaHei" w:eastAsia="Microsoft YaHei"/>
        </w:rPr>
        <w:t>编程题第一题：m的倍数</w:t>
      </w:r>
    </w:p>
    <w:p>
      <w:r>
        <w:rPr>
          <w:rFonts w:ascii="Microsoft YaHei" w:hAnsi="Microsoft YaHei" w:eastAsia="Microsoft YaHei"/>
          <w:b w:val="0"/>
          <w:sz w:val="22"/>
        </w:rPr>
        <w:t>题目：输入两个整数n, m，输出1~n范围内所有是m的倍数的正整数。</w:t>
      </w:r>
    </w:p>
    <w:p>
      <w:r>
        <w:rPr>
          <w:rFonts w:ascii="Microsoft YaHei" w:hAnsi="Microsoft YaHei" w:eastAsia="Microsoft YaHei"/>
          <w:b w:val="0"/>
          <w:sz w:val="22"/>
        </w:rPr>
        <w:t>样例输入：10 3  →  样例输出：3 6 9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#include &lt;iostream&gt;</w:t>
        <w:br/>
        <w:t>using namespace std;</w:t>
        <w:br/>
        <w:t>int main() {</w:t>
        <w:br/>
        <w:t xml:space="preserve">    int n, m;</w:t>
        <w:br/>
        <w:t xml:space="preserve">    cin &gt;&gt; n &gt;&gt; m;</w:t>
        <w:br/>
        <w:t xml:space="preserve">    for (int i = 1; i &lt;= n; i++) {   // ★ 从1遍历到n</w:t>
        <w:br/>
        <w:t xml:space="preserve">        if (i % m == 0) {            // ★ 判断i是否是m的倍数</w:t>
        <w:br/>
        <w:t xml:space="preserve">            cout &lt;&lt; i &lt;&lt; endl;</w:t>
        <w:br/>
        <w:t xml:space="preserve">        }</w:t>
        <w:br/>
        <w:t xml:space="preserve">    }</w:t>
        <w:br/>
        <w:t xml:space="preserve">    return 0;</w:t>
        <w:br/>
        <w:t>}</w:t>
      </w:r>
    </w:p>
    <w:p>
      <w:pPr>
        <w:pStyle w:val="Heading2"/>
      </w:pPr>
      <w:r>
        <w:rPr>
          <w:rFonts w:ascii="Microsoft YaHei" w:hAnsi="Microsoft YaHei" w:eastAsia="Microsoft YaHei"/>
        </w:rPr>
        <w:t>编程题第二题：公因数之和</w:t>
      </w:r>
    </w:p>
    <w:p>
      <w:r>
        <w:rPr>
          <w:rFonts w:ascii="Microsoft YaHei" w:hAnsi="Microsoft YaHei" w:eastAsia="Microsoft YaHei"/>
          <w:b w:val="0"/>
          <w:sz w:val="22"/>
        </w:rPr>
        <w:t>题目：给定两个正整数a和b，计算它们所有公因数的和。</w:t>
      </w:r>
    </w:p>
    <w:p>
      <w:r>
        <w:rPr>
          <w:rFonts w:ascii="Microsoft YaHei" w:hAnsi="Microsoft YaHei" w:eastAsia="Microsoft YaHei"/>
          <w:b w:val="0"/>
          <w:sz w:val="22"/>
        </w:rPr>
        <w:t>样例输入：8 12  →  样例输出：7（公因数1,2,4，和=7）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#include &lt;iostream&gt;</w:t>
        <w:br/>
        <w:t>using namespace std;</w:t>
        <w:br/>
        <w:t>int main() {</w:t>
        <w:br/>
        <w:t xml:space="preserve">    int a, b;</w:t>
        <w:br/>
        <w:t xml:space="preserve">    cin &gt;&gt; a &gt;&gt; b;</w:t>
        <w:br/>
        <w:t xml:space="preserve">    int sum = 0;</w:t>
        <w:br/>
        <w:t xml:space="preserve">    // 遍历从1到a的所有可能公因数</w:t>
        <w:br/>
        <w:t xml:space="preserve">    for (int i = 1; i &lt;= a; i++) {     // ★ 从1遍历到a</w:t>
        <w:br/>
        <w:t xml:space="preserve">        if (a % i == 0 &amp;&amp; b % i == 0) { // ★ 同时整除a和b</w:t>
        <w:br/>
        <w:t xml:space="preserve">            sum += i;                    // ★ 累加到sum</w:t>
        <w:br/>
        <w:t xml:space="preserve">        }</w:t>
        <w:br/>
        <w:t xml:space="preserve">    }</w:t>
        <w:br/>
        <w:t xml:space="preserve">    cout &lt;&lt; sum &lt;&lt; endl;</w:t>
        <w:br/>
        <w:t xml:space="preserve">    return 0;</w:t>
        <w:br/>
        <w:t>}</w:t>
      </w:r>
    </w:p>
    <w:p>
      <w:pPr>
        <w:pStyle w:val="Heading2"/>
      </w:pPr>
      <w:r>
        <w:rPr>
          <w:rFonts w:ascii="Microsoft YaHei" w:hAnsi="Microsoft YaHei" w:eastAsia="Microsoft YaHei"/>
        </w:rPr>
        <w:t>编程题第三题：最大跨度值</w:t>
      </w:r>
    </w:p>
    <w:p>
      <w:r>
        <w:rPr>
          <w:rFonts w:ascii="Microsoft YaHei" w:hAnsi="Microsoft YaHei" w:eastAsia="Microsoft YaHei"/>
          <w:b w:val="0"/>
          <w:sz w:val="22"/>
        </w:rPr>
        <w:t>题目：长度为n的非负整数序列，计算最大跨度值（最大值-最小值）。</w:t>
      </w:r>
    </w:p>
    <w:p>
      <w:r>
        <w:rPr>
          <w:rFonts w:ascii="Microsoft YaHei" w:hAnsi="Microsoft YaHei" w:eastAsia="Microsoft YaHei"/>
          <w:b w:val="0"/>
          <w:sz w:val="22"/>
        </w:rPr>
        <w:t>样例输入：6 / 3 0 8 7 5 9  →  样例输出：9（max=9, min=0, 9-0=9）</w:t>
      </w:r>
    </w:p>
    <w:p>
      <w:pPr>
        <w:ind w:left="432"/>
        <w:shd w:fill="f0f0f0"/>
      </w:pPr>
      <w:r>
        <w:rPr>
          <w:rFonts w:ascii="Consolas" w:hAnsi="Consolas" w:eastAsia="Consolas"/>
          <w:color w:val="1E1E2E"/>
          <w:sz w:val="20"/>
        </w:rPr>
        <w:t>#include &lt;iostream&gt;</w:t>
        <w:br/>
        <w:t>using namespace std;</w:t>
        <w:br/>
        <w:t>int main() {</w:t>
        <w:br/>
        <w:t xml:space="preserve">    int n;</w:t>
        <w:br/>
        <w:t xml:space="preserve">    cin &gt;&gt; n;</w:t>
        <w:br/>
        <w:t xml:space="preserve">    int a[1005];</w:t>
        <w:br/>
        <w:t xml:space="preserve">    int maxVal = 0, minVal = 1000;</w:t>
        <w:br/>
        <w:t xml:space="preserve">    for (int i = 0; i &lt; n; i++) {</w:t>
        <w:br/>
        <w:t xml:space="preserve">        cin &gt;&gt; a[i];</w:t>
        <w:br/>
        <w:t xml:space="preserve">        if (a[i] &gt; maxVal) maxVal = a[i];  // ★ 更新最大值</w:t>
        <w:br/>
        <w:t xml:space="preserve">        if (a[i] &lt; minVal) minVal = a[i];  // ★ 更新最小值</w:t>
        <w:br/>
        <w:t xml:space="preserve">    }</w:t>
        <w:br/>
        <w:t xml:space="preserve">    cout &lt;&lt; maxVal - minVal &lt;&lt; endl;       // ★ 最大跨度=最大-最小</w:t>
        <w:br/>
        <w:t xml:space="preserve">    return 0;</w:t>
        <w:br/>
        <w:t>}</w:t>
      </w:r>
    </w:p>
    <w:p>
      <w:pPr>
        <w:pStyle w:val="Heading1"/>
      </w:pPr>
      <w:r>
        <w:rPr>
          <w:rFonts w:ascii="Microsoft YaHei" w:hAnsi="Microsoft YaHei" w:eastAsia="Microsoft YaHei"/>
          <w:color w:val="52C41A"/>
        </w:rPr>
        <w:t>四、课堂练习（30分钟）</w:t>
      </w:r>
    </w:p>
    <w:p>
      <w:r>
        <w:rPr>
          <w:rFonts w:ascii="Microsoft YaHei" w:hAnsi="Microsoft YaHei" w:eastAsia="Microsoft YaHei"/>
          <w:b w:val="0"/>
          <w:sz w:val="22"/>
        </w:rPr>
        <w:t>学生独立完成平台上的阶段测试题：</w:t>
      </w:r>
    </w:p>
    <w:p>
      <w:r>
        <w:rPr>
          <w:rFonts w:ascii="Microsoft YaHei" w:hAnsi="Microsoft YaHei" w:eastAsia="Microsoft YaHei"/>
          <w:b w:val="0"/>
          <w:sz w:val="22"/>
        </w:rPr>
        <w:t>1. 4道单项选择题（每题10分，共40分）</w:t>
      </w:r>
    </w:p>
    <w:p>
      <w:r>
        <w:rPr>
          <w:rFonts w:ascii="Microsoft YaHei" w:hAnsi="Microsoft YaHei" w:eastAsia="Microsoft YaHei"/>
          <w:b w:val="0"/>
          <w:sz w:val="22"/>
        </w:rPr>
        <w:t>2. 3道程序设计题（第1、2题20分，第3题1分通过）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2"/>
        </w:rPr>
        <w:t>教师巡视指导，重点关注：</w:t>
      </w:r>
    </w:p>
    <w:p>
      <w:r>
        <w:rPr>
          <w:rFonts w:ascii="Microsoft YaHei" w:hAnsi="Microsoft YaHei" w:eastAsia="Microsoft YaHei"/>
          <w:b w:val="0"/>
          <w:sz w:val="22"/>
        </w:rPr>
        <w:t>• 数组下标的理解（0开始还是1开始）</w:t>
      </w:r>
    </w:p>
    <w:p>
      <w:r>
        <w:rPr>
          <w:rFonts w:ascii="Microsoft YaHei" w:hAnsi="Microsoft YaHei" w:eastAsia="Microsoft YaHei"/>
          <w:b w:val="0"/>
          <w:sz w:val="22"/>
        </w:rPr>
        <w:t>• for循环边界条件（&lt;= 还是 &lt;）</w:t>
      </w:r>
    </w:p>
    <w:p>
      <w:r>
        <w:rPr>
          <w:rFonts w:ascii="Microsoft YaHei" w:hAnsi="Microsoft YaHei" w:eastAsia="Microsoft YaHei"/>
          <w:b w:val="0"/>
          <w:sz w:val="22"/>
        </w:rPr>
        <w:t>• %取模运算的使用（判断倍数、公因数）</w:t>
      </w:r>
    </w:p>
    <w:p>
      <w:r>
        <w:rPr>
          <w:rFonts w:ascii="Microsoft YaHei" w:hAnsi="Microsoft YaHei" w:eastAsia="Microsoft YaHei"/>
          <w:b w:val="0"/>
          <w:sz w:val="22"/>
        </w:rPr>
        <w:t>• 凯撒密码中数字的取模是10不是26</w:t>
      </w:r>
    </w:p>
    <w:p>
      <w:pPr>
        <w:pStyle w:val="Heading1"/>
      </w:pPr>
      <w:r>
        <w:rPr>
          <w:rFonts w:ascii="Microsoft YaHei" w:hAnsi="Microsoft YaHei" w:eastAsia="Microsoft YaHei"/>
          <w:color w:val="52C41A"/>
        </w:rPr>
        <w:t>五、拓展任务（10分钟）</w:t>
      </w:r>
    </w:p>
    <w:p>
      <w:r>
        <w:rPr>
          <w:rFonts w:ascii="Microsoft YaHei" w:hAnsi="Microsoft YaHei" w:eastAsia="Microsoft YaHei"/>
          <w:b w:val="0"/>
          <w:sz w:val="22"/>
        </w:rPr>
        <w:t>拓展挑战题：让学有余力的同学思考以下问题：</w:t>
      </w:r>
    </w:p>
    <w:p>
      <w:r>
        <w:rPr>
          <w:rFonts w:ascii="Microsoft YaHei" w:hAnsi="Microsoft YaHei" w:eastAsia="Microsoft YaHei"/>
          <w:b w:val="0"/>
          <w:sz w:val="22"/>
        </w:rPr>
        <w:t>1. 如果要输出1~n范围内所有m的倍数，除了用i%m==0判断，还有没有更高效的方法？</w:t>
      </w:r>
    </w:p>
    <w:p>
      <w:r>
        <w:rPr>
          <w:rFonts w:ascii="Microsoft YaHei" w:hAnsi="Microsoft YaHei" w:eastAsia="Microsoft YaHei"/>
          <w:b w:val="0"/>
          <w:sz w:val="22"/>
        </w:rPr>
        <w:t xml:space="preserve">   提示：直接从m开始，每次加m：for(int i=m; i&lt;=n; i+=m)</w:t>
      </w:r>
    </w:p>
    <w:p>
      <w:r>
        <w:rPr>
          <w:rFonts w:ascii="Microsoft YaHei" w:hAnsi="Microsoft YaHei" w:eastAsia="Microsoft YaHei"/>
          <w:b w:val="0"/>
          <w:sz w:val="22"/>
        </w:rPr>
        <w:t>2. 公因数之和的题目中，为什么遍历到a就够了？能不能遍历到b？</w:t>
      </w:r>
    </w:p>
    <w:p>
      <w:r>
        <w:rPr>
          <w:rFonts w:ascii="Microsoft YaHei" w:hAnsi="Microsoft YaHei" w:eastAsia="Microsoft YaHei"/>
          <w:b w:val="0"/>
          <w:sz w:val="22"/>
        </w:rPr>
        <w:t xml:space="preserve">   提示：公因数不可能超过两个数中的较小者</w:t>
      </w:r>
    </w:p>
    <w:p>
      <w:r>
        <w:rPr>
          <w:rFonts w:ascii="Microsoft YaHei" w:hAnsi="Microsoft YaHei" w:eastAsia="Microsoft YaHei"/>
          <w:b w:val="0"/>
          <w:sz w:val="22"/>
        </w:rPr>
        <w:t>3. 最大跨度值中，maxVal和minVal的初始值应该设成什么？为什么不能设成0？</w:t>
      </w:r>
    </w:p>
    <w:p>
      <w:pPr>
        <w:pStyle w:val="Heading1"/>
      </w:pPr>
      <w:r>
        <w:rPr>
          <w:rFonts w:ascii="Microsoft YaHei" w:hAnsi="Microsoft YaHei" w:eastAsia="Microsoft YaHei"/>
          <w:color w:val="52C41A"/>
        </w:rPr>
        <w:t>六、作业布置（5分钟）</w:t>
      </w:r>
    </w:p>
    <w:p>
      <w:r>
        <w:rPr>
          <w:rFonts w:ascii="Microsoft YaHei" w:hAnsi="Microsoft YaHei" w:eastAsia="Microsoft YaHei"/>
          <w:b w:val="0"/>
          <w:sz w:val="22"/>
        </w:rPr>
        <w:t>必做作业：</w:t>
      </w:r>
    </w:p>
    <w:p>
      <w:r>
        <w:rPr>
          <w:rFonts w:ascii="Microsoft YaHei" w:hAnsi="Microsoft YaHei" w:eastAsia="Microsoft YaHei"/>
          <w:b w:val="0"/>
          <w:sz w:val="22"/>
        </w:rPr>
        <w:t>1. 完成平台阶段测试的所有题目</w:t>
      </w:r>
    </w:p>
    <w:p>
      <w:r>
        <w:rPr>
          <w:rFonts w:ascii="Microsoft YaHei" w:hAnsi="Microsoft YaHei" w:eastAsia="Microsoft YaHei"/>
          <w:b w:val="0"/>
          <w:sz w:val="22"/>
        </w:rPr>
        <w:t>2. 在OJ平台完成10道基础题（见OJ题目列表）</w:t>
      </w:r>
    </w:p>
    <w:p>
      <w:r>
        <w:rPr>
          <w:rFonts w:ascii="Microsoft YaHei" w:hAnsi="Microsoft YaHei" w:eastAsia="Microsoft YaHei"/>
          <w:b w:val="0"/>
          <w:sz w:val="22"/>
        </w:rPr>
        <w:t>3. 阅读拓展解析页面，理解3道编程题的完整代码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 w:val="0"/>
          <w:sz w:val="22"/>
        </w:rPr>
        <w:t>选做作业：</w:t>
      </w:r>
    </w:p>
    <w:p>
      <w:r>
        <w:rPr>
          <w:rFonts w:ascii="Microsoft YaHei" w:hAnsi="Microsoft YaHei" w:eastAsia="Microsoft YaHei"/>
          <w:b w:val="0"/>
          <w:sz w:val="22"/>
        </w:rPr>
        <w:t>1. 完成OJ平台5道进阶题</w:t>
      </w:r>
    </w:p>
    <w:p>
      <w:r>
        <w:rPr>
          <w:rFonts w:ascii="Microsoft YaHei" w:hAnsi="Microsoft YaHei" w:eastAsia="Microsoft YaHei"/>
          <w:b w:val="0"/>
          <w:sz w:val="22"/>
        </w:rPr>
        <w:t>2. 思考拓展任务中的3个问题</w:t>
      </w:r>
    </w:p>
    <w:p>
      <w:pPr>
        <w:pStyle w:val="Heading1"/>
      </w:pPr>
      <w:r>
        <w:rPr>
          <w:rFonts w:ascii="Microsoft YaHei" w:hAnsi="Microsoft YaHei" w:eastAsia="Microsoft YaHei"/>
          <w:color w:val="52C41A"/>
        </w:rPr>
        <w:t>七、教学反思</w:t>
      </w:r>
    </w:p>
    <w:p>
      <w:r>
        <w:rPr>
          <w:rFonts w:ascii="Microsoft YaHei" w:hAnsi="Microsoft YaHei" w:eastAsia="Microsoft YaHei"/>
          <w:b w:val="0"/>
          <w:sz w:val="22"/>
        </w:rPr>
        <w:t>本节课是C3阶段的阶段测试课，重点检验学生对前9节课知识的综合掌握情况。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 w:val="0"/>
          <w:sz w:val="22"/>
        </w:rPr>
        <w:t>预计学生容易出错的地方：</w:t>
      </w:r>
    </w:p>
    <w:p>
      <w:r>
        <w:rPr>
          <w:rFonts w:ascii="Microsoft YaHei" w:hAnsi="Microsoft YaHei" w:eastAsia="Microsoft YaHei"/>
          <w:b w:val="0"/>
          <w:sz w:val="22"/>
        </w:rPr>
        <w:t>1. 数组下标的"0开始"问题——int a[100]最大下标是99不是100</w:t>
      </w:r>
    </w:p>
    <w:p>
      <w:r>
        <w:rPr>
          <w:rFonts w:ascii="Microsoft YaHei" w:hAnsi="Microsoft YaHei" w:eastAsia="Microsoft YaHei"/>
          <w:b w:val="0"/>
          <w:sz w:val="22"/>
        </w:rPr>
        <w:t>2. for循环边界——输出1到100必须用i&lt;=100而不是i&lt;100</w:t>
      </w:r>
    </w:p>
    <w:p>
      <w:r>
        <w:rPr>
          <w:rFonts w:ascii="Microsoft YaHei" w:hAnsi="Microsoft YaHei" w:eastAsia="Microsoft YaHei"/>
          <w:b w:val="0"/>
          <w:sz w:val="22"/>
        </w:rPr>
        <w:t>3. 凯撒密码数字部分——数字取模是%10不是%26</w:t>
      </w:r>
    </w:p>
    <w:p>
      <w:r>
        <w:rPr>
          <w:rFonts w:ascii="Microsoft YaHei" w:hAnsi="Microsoft YaHei" w:eastAsia="Microsoft YaHei"/>
          <w:b w:val="0"/>
          <w:sz w:val="22"/>
        </w:rPr>
        <w:t>4. int数组不能用cin整体输入</w:t>
      </w:r>
    </w:p>
    <w:p>
      <w:r>
        <w:rPr>
          <w:rFonts w:ascii="Microsoft YaHei" w:hAnsi="Microsoft YaHei" w:eastAsia="Microsoft YaHei"/>
          <w:b w:val="0"/>
          <w:sz w:val="22"/>
        </w:rPr>
        <w:t>5. 编程题中%运算的正确使用（判断倍数和公因数）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 w:val="0"/>
          <w:sz w:val="22"/>
        </w:rPr>
        <w:t>教学建议：</w:t>
      </w:r>
    </w:p>
    <w:p>
      <w:r>
        <w:rPr>
          <w:rFonts w:ascii="Microsoft YaHei" w:hAnsi="Microsoft YaHei" w:eastAsia="Microsoft YaHei"/>
          <w:b w:val="0"/>
          <w:sz w:val="22"/>
        </w:rPr>
        <w:t>• 测试前先带领学生快速回顾知识点（25分钟复习环节很重要）</w:t>
      </w:r>
    </w:p>
    <w:p>
      <w:r>
        <w:rPr>
          <w:rFonts w:ascii="Microsoft YaHei" w:hAnsi="Microsoft YaHei" w:eastAsia="Microsoft YaHei"/>
          <w:b w:val="0"/>
          <w:sz w:val="22"/>
        </w:rPr>
        <w:t>• 对做错的题目要分析原因，是概念不清还是粗心</w:t>
      </w:r>
    </w:p>
    <w:p>
      <w:r>
        <w:rPr>
          <w:rFonts w:ascii="Microsoft YaHei" w:hAnsi="Microsoft YaHei" w:eastAsia="Microsoft YaHei"/>
          <w:b w:val="0"/>
          <w:sz w:val="22"/>
        </w:rPr>
        <w:t>• 编程题重点检查代码填空是否填对了关键位置</w:t>
      </w:r>
    </w:p>
    <w:p>
      <w:r>
        <w:rPr>
          <w:rFonts w:ascii="Microsoft YaHei" w:hAnsi="Microsoft YaHei" w:eastAsia="Microsoft YaHei"/>
          <w:b w:val="0"/>
          <w:sz w:val="22"/>
        </w:rPr>
        <w:t>• 根据测试结果调整后续C4阶段的教学重点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